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Advanced microprocessor and microcontrollers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Ram, S.K.Venkata/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Laxmi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9788170083108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Microprocessor/ microcontrollers/ </w:t>
            </w:r>
          </w:p>
        </w:tc>
      </w:tr>
    </w:tbl>
    <w:p>
      <w:pPr>
        <w:pStyle w:val="Heading3"/>
      </w:pPr>
      <w:r>
        <w:t>Résumé :</w:t>
      </w:r>
    </w:p>
    <w:p>
      <w:r>
        <w:t>This book, Comprehensive Advanced Microprocessor And</w:t>
        <w:br/>
        <w:br/>
        <w:t>Microcontrollers , covers the details of 16 bit microprocessor 8086 and 8 bit</w:t>
        <w:br/>
        <w:br/>
        <w:br/>
        <w:br/>
        <w:t>microcontroller including the architecture, interface, instruction set, etc. It</w:t>
        <w:br/>
        <w:br/>
        <w:br/>
        <w:br/>
        <w:t>discusses the architecture and features of 8087 co-processor in detail. The book</w:t>
        <w:br/>
        <w:br/>
        <w:br/>
        <w:br/>
        <w:t>contains exhaustive information on 16 bit microprocessor and MCS-51, and 8 bit</w:t>
        <w:br/>
        <w:br/>
        <w:br/>
        <w:br/>
        <w:t>microcontroller for developing number of applications. An appendix containing</w:t>
        <w:br/>
        <w:br/>
        <w:t>summaries of 8086 microprocessors and MCS - 51 microcontrollers are added. Care</w:t>
        <w:br/>
        <w:br/>
        <w:br/>
        <w:br/>
        <w:t>is also taken to fulfill the syllabi requirement for E &amp; C branch students</w:t>
        <w:br/>
        <w:br/>
        <w:t>of VTU, Karnataka.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