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Deymié, Bernard/ Multon, Jean-Louis/ Simon,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Industries agroalimentaires/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référence technique pour les professionnels et étudiants des industries agro-alimentaires. Il présente de manière claire, méthodique et approfondie **l’ensemble des techniques d’analyse et de contrôle** utilisées pour garantir la **qualité**, la **sécurité** et la **conformité** des produits alimentaires.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