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génétique et biotechnologies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Tourte,Yves/ Tourte, Catherine/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210003989X</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génie génétique/ génétique végétale/ </w:t>
            </w:r>
          </w:p>
        </w:tc>
      </w:tr>
    </w:tbl>
    <w:p>
      <w:pPr>
        <w:pStyle w:val="Heading3"/>
      </w:pPr>
      <w:r>
        <w:t>Résumé :</w:t>
      </w:r>
    </w:p>
    <w:p>
      <w:r>
        <w:t>Cet ouvrage s'adresse aux étudiants de second cycle en biologie, biochimie, biologie cellulaire et physiologie, biologie des organismes, ainsi qu'aux candidats aux concours de l'enseignement secondaire. Il pourra également être utilisé avec profit par les élèves des classes préparatoires aux grandes écoles agronomiques et vétérinaires. L'auteur présente de façon claire et synthétique les grands principes et concepts à la base du génie génétique et des biotechnologies, et met l'accent sur leurs multiples applications dans les domaines de l'agronomie, de l'agro-alimentaire et des bio-industries. S'agissant d'une discipline en pleine évolution dont les premiers résultats commencent à entrer dans notre quotidien, les exemples sont nombreux et concrets, illustrés de schémas. Les exercices corrigés permettent à l'étudiant de contrôler ses acquis.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