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Vie microbienne du sol et production végétale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Davet,Pierre/ </w:t>
            </w:r>
          </w:p>
        </w:tc>
      </w:tr>
      <w:tr>
        <w:trPr>
          <w:trHeight w:val="567"/>
        </w:trPr>
        <w:tc>
          <w:tcPr>
            <w:tcW w:type="dxa" w:w="3000"/>
          </w:tcPr>
          <w:p>
            <w:r>
              <w:t>Adresse bib.</w:t>
            </w:r>
          </w:p>
        </w:tc>
        <w:tc>
          <w:tcPr>
            <w:tcW w:type="dxa" w:w="7000"/>
          </w:tcPr>
          <w:p>
            <w:r>
              <w:t xml:space="preserve">Institut national de la recherche agronomique/ </w:t>
            </w:r>
          </w:p>
        </w:tc>
      </w:tr>
      <w:tr>
        <w:trPr>
          <w:trHeight w:val="567"/>
        </w:trPr>
        <w:tc>
          <w:tcPr>
            <w:tcW w:type="dxa" w:w="3000"/>
          </w:tcPr>
          <w:p>
            <w:r>
              <w:t>Nombre de Pages</w:t>
            </w:r>
          </w:p>
        </w:tc>
        <w:tc>
          <w:tcPr>
            <w:tcW w:type="dxa" w:w="7000"/>
          </w:tcPr>
          <w:p>
            <w:r>
              <w:t>383 p.</w:t>
            </w:r>
          </w:p>
        </w:tc>
      </w:tr>
      <w:tr>
        <w:trPr>
          <w:trHeight w:val="567"/>
        </w:trPr>
        <w:tc>
          <w:tcPr>
            <w:tcW w:type="dxa" w:w="3000"/>
          </w:tcPr>
          <w:p>
            <w:r>
              <w:t>Illustration</w:t>
            </w:r>
          </w:p>
        </w:tc>
        <w:tc>
          <w:tcPr>
            <w:tcW w:type="dxa" w:w="7000"/>
          </w:tcPr>
          <w:p>
            <w:r>
              <w:t>Ill.en coul. ;  en coul. : 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Mieux comprendre(N°:None)</w:t>
            </w:r>
          </w:p>
        </w:tc>
      </w:tr>
      <w:tr>
        <w:trPr>
          <w:trHeight w:val="567"/>
        </w:trPr>
        <w:tc>
          <w:tcPr>
            <w:tcW w:type="dxa" w:w="3000"/>
          </w:tcPr>
          <w:p>
            <w:r>
              <w:t>Notes Générales</w:t>
            </w:r>
          </w:p>
        </w:tc>
        <w:tc>
          <w:tcPr>
            <w:tcW w:type="dxa" w:w="7000"/>
          </w:tcPr>
          <w:p>
            <w:r>
              <w:t>Bibliogr. p.p. 345-367. Index</w:t>
            </w:r>
          </w:p>
        </w:tc>
      </w:tr>
      <w:tr>
        <w:trPr>
          <w:trHeight w:val="567"/>
        </w:trPr>
        <w:tc>
          <w:tcPr>
            <w:tcW w:type="dxa" w:w="3000"/>
          </w:tcPr>
          <w:p>
            <w:r>
              <w:t>Numéro d'Identification</w:t>
            </w:r>
          </w:p>
        </w:tc>
        <w:tc>
          <w:tcPr>
            <w:tcW w:type="dxa" w:w="7000"/>
          </w:tcPr>
          <w:p>
            <w:r>
              <w:t>2738006485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Microbiologie/ sols/ </w:t>
            </w:r>
          </w:p>
        </w:tc>
      </w:tr>
    </w:tbl>
    <w:p>
      <w:pPr>
        <w:pStyle w:val="Heading3"/>
      </w:pPr>
      <w:r>
        <w:t>Résumé :</w:t>
      </w:r>
    </w:p>
    <w:p>
      <w:r>
        <w:t>ce livre montre quelles relations étroites existent entre l'activité des micro-organismes et la production végétale : présentation des composantes physico-chimiques et biologiques du milieu du sol ; interactions des micro-organismes avec le milieu naturel, les communautés microbiennes et les plantes et prise en compte de leurs effets pour le développement d'une agriculture durable.Il s'adresse aux chercheurs, enseignants et étudiants mais aussi aux professionnels d'une agriculture plus soucieuse des équilibres naturels.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