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gènes et génomes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Rossignol, Jean-Luc/ Berger, Roland/ Deutsch, Jean 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9782100045600</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génome/ </w:t>
            </w:r>
          </w:p>
        </w:tc>
      </w:tr>
    </w:tbl>
    <w:p>
      <w:pPr>
        <w:pStyle w:val="Heading3"/>
      </w:pPr>
      <w:r>
        <w:t>Résumé :</w:t>
      </w:r>
    </w:p>
    <w:p>
      <w:r>
        <w:t>Depuis les premières expériences de Gregor Mendel jusqu'à la génomique, la génétique a connu un développement considérable en un peu plus d'un siècle. Cet ouvrage présente les concepts de base et les approches méthodologiques de la génétique. La première partie du livre décrit les fondements de la discipline en mettant en évidence la démarche scientifique qui a conduit à l'élaboration de la théorie de l'hérédité. Elle rappelle également l'histoire de la génétique moléculaire dont elle fournit les notions essentielles. La deuxième partie développe les approches méthodologiques qui constituent les "piliers" de la discipline : mutation, classification des mutations en groupes fonctionnels, cartographie, interactions entre gènes. La génomique, une nouvelle discipline de la génétique issue du séquençage des génomes, fait l'objet d'un chapitre particulier, de même que l'exposé des méthodes de la génétique multifactorielle. Un grand nombre de maladies génétiques humaines (hémophilie, albinisme, myopathie de Duchenne, maladie de Huntington, etc.) sont abordées à diverses occasions, notamment les cancers, qui sont traités en fin d'ouvrage. De nombreux encarts historiques, techniques ou biomédicaux illustrent le cours. En fin de chapitres, un résumé permet d'aller à l'essentiel et des questions de révision de s'auto-évaluer.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