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Conservation et stockage des grains et graines et produits dérivés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Multon,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 Lavoisier/ Association pour la promotion industrie-agriculture/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XXIV-XIV-1155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et techniques agro-alimentaires(N°:None)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2852061694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Entreposage/ Céréales/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 approfondissement des techniques, méthodes et stratégies nécessaires pour assurer la **qualité, la sécurité et la durabilité du stockage** des grains, graines et produits dérivés destinés à l’alimentation humaine et animale. Il s’inscrit dans une approche scientifique et technologique, en mettant l’accent sur les **risques de détérioration**, les **moyens de prévention** et les **méthodes d’intervention** dans les silos, greniers, entrepôts ou usines.Ce volume détaille notamment les **mécanismes biologiques, physiques et chimiques** qui affectent la qualité des grains au cours du stockage (insectes, rongeurs, moisissures, mycotoxines, germination, oxydation), ainsi que les outils modernes de surveillance : **mesure de l’humidité, de la température, du CO₂**, inspection des lots et échantillonnage.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