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d'hydraulique maritime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Bonnefille,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révisée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 l'École nationale supérieure de techniques avancées(N°:None)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171.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 maritime/ hydrodynamique/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destiné aux ingénieurs et étudiants en génie maritime et hydraulique. Il traite des phénomènes physiques liés à la mer (marées, houle, seiches, surcotes) et de leur modélisation, ainsi que des applications aux infrastructures côtières.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