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alimentaire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Ait- Abdelouahab, Naouale/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131-134. Annexes p.p. 135-147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996100518X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alimentaire/ biotechnologie alimentaire/ Aliments/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micro-organismes impliqués dans la production, la conservation et la sécurité des aliments. Il explore les aspects scientifiques et technologiques de la microbiologie appliquée à l’industrie alimentaire.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