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kiné 2002,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Coustaut, Maryse/ Folempin, Marie-Annick/ Le Gouard, Christelle/ Souetren,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Rueil-Malmaison/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2850306584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concour kiné/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pour vous y aider : 12 sujets complets officiels, tous issus des derniers concours de toute la France, vous permettront de vous entraîner et de vous mettre en situation réelle d'examen ; des corrigés détaillés, rédigés par une équipe pédagogique spécialiste de la préparation aux concours paramédicaux et rompue aux exigences du jury vous permettront : d'approfondir vos connaissances ; d'améliorer votre méthodologie dans l'analyse des questions et la rédaction des réponses.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