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Hydrométrie appliquée aux cours d'eau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Audinet, Michel/ André, Henri/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la Direction des Etudes et Recherches d'Electricité de France(N°:91)</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cours d'eau/ hydrométrie appliquée/ </w:t>
            </w:r>
          </w:p>
        </w:tc>
      </w:tr>
    </w:tbl>
    <w:p>
      <w:pPr>
        <w:pStyle w:val="Heading3"/>
      </w:pPr>
      <w:r>
        <w:t>Résumé :</w:t>
      </w:r>
    </w:p>
    <w:p>
      <w:r>
        <w:t>Cet ouvrage fait le point sur ces méthodes ainsi que sur le matériel utilisé et décrit les modalités pratiques de mise en oeuvre. Il n'a pas la prétention d'être un traité général d'hydrométrie ; il s'appuie sur un travail collectif mené durant plusieurs décennies, et poursuivi encore actuellement, qui concerne l'exploitation de réseau hydrométrique édifié pour Electricité de France. Si cet ouvrage s'efforce de tenir compte de l'évolution technique du matériel et de l'intervention de l'informatique duos le traitement des données, il n'oublie pas pour autant les matériels et techniques opératoires éprouvés qui peuvent encore être utilisés dans de nombreuses situations.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