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automatique pour l'analyse des données. T1, méthodes et algorithmes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Jambu,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287-310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2040104259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classification automatique./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fondateur dans le domaine de la classification automatique, discipline essentielle en analyse de données, statistique et intelligence artificielle.</w:t>
        <w:br/>
        <w:br/>
        <w:t>Il expose de manière progressive les principes théoriques, les méthodes pratiques et les algorithmes permettant de regrouper automatiquement des données en classes homogènes.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