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 béton armé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Lacroix, R/ Fuentes, Albert/ Thonier, Henry/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de l'École nationale des Ponts et chaussées(N°:None)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Bibliogra.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armé/ ciment mixte/ ciment divers/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