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Trucs et astuces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Torki,Sofiane/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 Marrifa/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9961742672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page web/ microsoft windows (logiciel)/ </w:t>
            </w:r>
          </w:p>
        </w:tc>
      </w:tr>
    </w:tbl>
    <w:p>
      <w:pPr>
        <w:pStyle w:val="Heading3"/>
      </w:pPr>
      <w:r>
        <w:t>Résumé :</w:t>
      </w:r>
    </w:p>
    <w:p>
      <w:r>
        <w:t>Ce livre  Trucs et Astuces  rassemble des conseils pratiques destinés à simplifier la vie quotidienne. Il offre des solutions rapides, efficaces et économiques pour la maison, la cuisine, le travail, la santé non médicale, l’organisation et même la technologie.</w:t>
        <w:br/>
        <w:br/>
        <w:t>Chaque astuce est expliquée de manière simple et directe, avec l’objectif d’aider le lecteur à gagner du temps, éviter des dépenses inutiles ,faciliter les tâches domestiques, et améliorer son organisation personnelle.L’ouvrage est conçu comme un guide utile à toute personne souhaitant rendre son quotidien plus fluide grâce à des méthodes simples et faciles à appliquer.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