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fonctionnaires sujets ou citoyens?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Bidouze,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sociales/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2209054346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