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réhabilitation d'un centre historique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Luis, Moya/ CHibane, Nabila/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Alternatives Urbaines/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plans,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9789931901044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réhabilitation/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