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Danziger, Nicolas/ Alamowitch, Sonia/ </w:t>
            </w:r>
          </w:p>
        </w:tc>
      </w:tr>
      <w:tr>
        <w:trPr>
          <w:trHeight w:val="567"/>
        </w:trPr>
        <w:tc>
          <w:tcPr>
            <w:tcW w:type="dxa" w:w="3000"/>
          </w:tcPr>
          <w:p>
            <w:r>
              <w:t>Edition</w:t>
            </w:r>
          </w:p>
        </w:tc>
        <w:tc>
          <w:tcPr>
            <w:tcW w:type="dxa" w:w="7000"/>
          </w:tcPr>
          <w:p>
            <w:r>
              <w:t>10e éd.</w:t>
            </w:r>
          </w:p>
        </w:tc>
      </w:tr>
      <w:tr>
        <w:trPr>
          <w:trHeight w:val="567"/>
        </w:trPr>
        <w:tc>
          <w:tcPr>
            <w:tcW w:type="dxa" w:w="3000"/>
          </w:tcPr>
          <w:p>
            <w:r>
              <w:t>Adresse bib.</w:t>
            </w:r>
          </w:p>
        </w:tc>
        <w:tc>
          <w:tcPr>
            <w:tcW w:type="dxa" w:w="7000"/>
          </w:tcPr>
          <w:p>
            <w:r>
              <w:t xml:space="preserve">Med-line éd/ </w:t>
            </w:r>
          </w:p>
        </w:tc>
      </w:tr>
      <w:tr>
        <w:trPr>
          <w:trHeight w:val="567"/>
        </w:trPr>
        <w:tc>
          <w:tcPr>
            <w:tcW w:type="dxa" w:w="3000"/>
          </w:tcPr>
          <w:p>
            <w:r>
              <w:t>Nombre de Pages</w:t>
            </w:r>
          </w:p>
        </w:tc>
        <w:tc>
          <w:tcPr>
            <w:tcW w:type="dxa" w:w="7000"/>
          </w:tcPr>
          <w:p>
            <w:r>
              <w:t>556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référentiel : Med-Line(N°:None)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9782846781558</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neurologie/ </w:t>
            </w:r>
          </w:p>
        </w:tc>
      </w:tr>
    </w:tbl>
    <w:p>
      <w:pPr>
        <w:pStyle w:val="Heading3"/>
      </w:pPr>
      <w:r>
        <w:t>Résumé :</w:t>
      </w:r>
    </w:p>
    <w:p>
      <w:r>
        <w:t>Cet ouvrage constitue une référence pédagogique complète en neurologie pour les étudiants en médecine, les internes et les professionnels de santé. Il offre une approche structurée de la discipline en couvrant à la fois les fondamentaux, les pathologies majeures, ainsi que les situations cliniques fréquentes ou graves rencontrées en pratique.</w:t>
        <w:br/>
        <w:br/>
        <w:br/>
        <w:br/>
        <w:t>Le livre débute par un rappel des bases anatomiques et physiologiques du système nerveux, permettant de comprendre le fonctionnement du cerveau, de la moelle et des nerfs périphériques.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