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LCA l'entraînement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Ambrosi, 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Med-line éd/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29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9782846781992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Médecine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épreuve dématérialisé nationale/ communication en médecine/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 guide complet consacré aux principes scientifiques et pratiques de l’entraînement sportif, destiné aux étudiants en STAPS, entraîneurs, préparateurs physiques et sportifs souhaitant améliorer leurs performances.</w:t>
        <w:br/>
        <w:br/>
        <w:br/>
        <w:br/>
        <w:t>Pierre Ambrosi y décrit en profondeur les fondements physiologiques, biomécaniques et méthodologiques de l’entraînement, en mettant l’accent sur l’analyse du mouvement, la compréhension des qualités physiques et la planification à court, moyen et long terme.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