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des ciments et des betons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Vénuat, Michel/ Moniteur des travaux publics et du bâtiment Journal des travaux publics réunis/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Moniteur des travaux publics et du bâtiment/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ciments/ béton/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