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C++ programmation de base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M.C/ Benyakoub,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Editions Les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manuels de l'etudiant(N°:None)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9961734327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C++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 livre a pour objectif de former le lecteur à la programmation en C++, de l’initiation aux concepts avancés, en combinant théorie et exercices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