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expérimentales en agronomie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Vilain, Michel/ </w:t>
            </w:r>
          </w:p>
        </w:tc>
      </w:tr>
      <w:tr>
        <w:trPr>
          <w:trHeight w:val="567"/>
        </w:trPr>
        <w:tc>
          <w:tcPr>
            <w:tcW w:type="dxa" w:w="3000"/>
          </w:tcPr>
          <w:p>
            <w:r>
              <w:t>Adresse bib.</w:t>
            </w:r>
          </w:p>
        </w:tc>
        <w:tc>
          <w:tcPr>
            <w:tcW w:type="dxa" w:w="7000"/>
          </w:tcPr>
          <w:p>
            <w:r>
              <w:t xml:space="preserve">Éd. Tec &amp; doc-Lavoisier/ </w:t>
            </w:r>
          </w:p>
        </w:tc>
      </w:tr>
      <w:tr>
        <w:trPr>
          <w:trHeight w:val="567"/>
        </w:trPr>
        <w:tc>
          <w:tcPr>
            <w:tcW w:type="dxa" w:w="3000"/>
          </w:tcPr>
          <w:p>
            <w:r>
              <w:t>Nombre de Pages</w:t>
            </w:r>
          </w:p>
        </w:tc>
        <w:tc>
          <w:tcPr>
            <w:tcW w:type="dxa" w:w="7000"/>
          </w:tcPr>
          <w:p>
            <w:r>
              <w:t>XIII-337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 a Agriculture d'aujourd'hui(N°:None)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274300326X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méthodes statistiques/ </w:t>
            </w:r>
          </w:p>
        </w:tc>
      </w:tr>
    </w:tbl>
    <w:p>
      <w:pPr>
        <w:pStyle w:val="Heading3"/>
      </w:pPr>
      <w:r>
        <w:t>Résumé :</w:t>
      </w:r>
    </w:p>
    <w:p>
      <w:r>
        <w:t>Au sommaire: Les outils statistiques (Rappels de statistique, Théorie de l'échantillonnage et estimation, Les problèmes de comparaison, Méthodes de comparaison de deux paramètres, Comparaison de moyennes de plusieurs populations, Méthodes de comparaison de distributions, Régression et corrélation). Pratique et analyse de l'expérimentation (Notions générales sur l'expérimentation, Essais et dispositifs expérimentaux, Conception, réalisation et conduite des essais, Analyse et interprétation des essais, Problèmes particuliers). La modélisation (Modèles et prédiction. Les méthodes d'échantillonnage et les enquêtes (Échantillonnage et sondage, Notions générales sur les enquêtes).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