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calcul des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Samikian, Aram/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G. Morin/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XIII-580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2891055144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Structure/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construction/ construction/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