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Formation à la préAO avec power point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les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power point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 détaille l’interface de PowerPoint XP : la barre de menus, les barres d’outils (standard, formatage, dessin), le volet des diapositives, ainsi qu’un **volet Office / « Task Pane »** (à droite) qui remplace certains dialogues classiques. Ce volet permet d’accéder rapidement à des fonctions comme la mise en page des diapositives, les modèles de design, l’animation.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