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poissons d'eau douce européens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Bruslé, Jacques/ Quignard,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Aquaculture-pisciculture(N°:None)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 d'eau douce/ </w:t>
            </w:r>
          </w:p>
        </w:tc>
      </w:tr>
    </w:tbl>
    <w:p>
      <w:pPr>
        <w:pStyle w:val="Heading3"/>
      </w:pPr>
      <w:r>
        <w:t>Résumé :</w:t>
      </w:r>
    </w:p>
    <w:p>
      <w:r>
        <w:t>L'ouvrage constitue un véritable annuaire spécialisé pour 81 espèces de poissons (présentation, distribution géographique, habitats, mode de vie, intérêt et perspectives).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