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Structures de données et de fichiers programmation PASCAL et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Zegour; Djamel-Eddine/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Chihab/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996163165x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notions de tableau/ stockage des données/ programmation pascal/ </w:t>
            </w:r>
          </w:p>
        </w:tc>
      </w:tr>
    </w:tbl>
    <w:p>
      <w:pPr>
        <w:pStyle w:val="Heading3"/>
      </w:pPr>
      <w:r>
        <w:t>Résumé :</w:t>
      </w:r>
    </w:p>
    <w:p>
      <w:r>
        <w:t>Cet ouvrage décrit d'une maniére trés succinte et originale les principales structures de données utilisé dans les mémoires internes et externes des ordinateurs ;on y trouvera les notions de tableau ,de listes linéaires chainées ,d'arbres et de hachage pour le stockage des données aussi bien en mémoire centrale que sur les supports externes;deux stratégie trés usitées sont décrites implémentées :les piles et les files d'attente ;la récurcive un mécanisme puissant pour l'écriture des algorithme enfin une série d'exercice programmés dans les langages procéduraux pascal et c est également fournie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