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Livre de formation MS-DOS 6.22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Saidi, Lamir/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Dar el houda/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9961603591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MS DOS 6.22/ systèmes d'exploitation/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donne une méthode simple , clair, exhaustive , des exercices corrigés et des travaux pratiques , il offre une nouvelle approche de l'enseignement de l'informatique de base. convaincu qu'il est que le monde du traitement de l'information sera celui de demain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