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Médicaments à base de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Chevallier,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345-354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2294017315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615/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phytothérapie/ plantes médicinales/ </w:t>
            </w:r>
          </w:p>
        </w:tc>
      </w:tr>
    </w:tbl>
    <w:p>
      <w:pPr>
        <w:pStyle w:val="Heading3"/>
      </w:pPr>
      <w:r>
        <w:t>Résumé :</w:t>
      </w:r>
    </w:p>
    <w:p>
      <w:r>
        <w:t>Ce guide recense les médicaments à base de plantes pour soigner de nombreuses pathologies rencontrées en pratique quotidienne. Ces médicaments ont reçu une autorisation de mise sur le marché (AMM) ou un visa (quelques-uns font partie des ' compléments alimentaires ').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