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Guezlane-Tebibel, N/ Kahlouche, B./ Athmani-Guemouri, S./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97899691011812</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milieux de culture/ protocole expérimental/ </w:t>
            </w:r>
          </w:p>
        </w:tc>
      </w:tr>
    </w:tbl>
    <w:p>
      <w:pPr>
        <w:pStyle w:val="Heading3"/>
      </w:pPr>
      <w:r>
        <w:t>Résumé :</w:t>
      </w:r>
    </w:p>
    <w:p>
      <w:r>
        <w:t>Cet ouvrage est avant tout destiné aux microbiologistes et aux étudiants de deuxième année TCB et LMD, mais peut être utile aux biologistes qui veulent se familiariser avec les différentes techniques de base microbiologiques. Il leur apporte les informations clés pour comprendre ce domaine durant le premier cycle universitaire. Chaque séance pratique débute par un résumé des éléments essentiels suivis d’explications détaillées et de schémas clairs et simples, faciles à assimiler et à reproduire.&lt;br&gt;Fournissant une approche structurée d’apprentissage dans un format méthodique, cet ouvrage est le compagnon dont l’étudiant a besoin pour être guidé dans la démarche diagnostique.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