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technique. T2, documentation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Leyral, Guy/ Joffin, Jean-Noël/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Biologie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2866173341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stérilisation/ analyse microbiologique/ </w:t>
            </w:r>
          </w:p>
        </w:tc>
      </w:tr>
    </w:tbl>
    <w:p>
      <w:pPr>
        <w:pStyle w:val="Heading3"/>
      </w:pPr>
      <w:r>
        <w:t>Résumé :</w:t>
      </w:r>
    </w:p>
    <w:p>
      <w:r>
        <w:t>Cet ouvrage pourrait se concentrer sur l’importance de la documentation dans le domaine de la microbiologie, en fournissant des directives et des pratiques pour assurer une gestion efficace des données en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