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Aide-mémoire de biochimie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Kamoun, Pierre/ Bellier, Jean-Paul/ Demaugre,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4éme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Flammarion Médecine-sciences/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Aide mémoire(N°:None)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9782257144003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</w:tbl>
    <w:p>
      <w:pPr>
        <w:pStyle w:val="Heading3"/>
      </w:pPr>
      <w:r>
        <w:t>Résumé :</w:t>
      </w:r>
    </w:p>
    <w:p>
      <w:r>
        <w:t>L’Aide-mémoire de biochimie de Pierre Kamoun est un ouvrage concis destiné aux étudiants en médecie, biologie, pharmacie et aux scientifiques souhaitant disposer d’unoutil de révision rapidedes notions fondamentales de biochimie.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