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Pesticide-soil interactions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Cornejo, Juan/ Jamet,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pratiques(N°:None)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2738009220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Teneur en pesticides/ pollution agricole/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collectif étudie quelque 50 techniques développées et mises en oeuvre dans des laboratoires de recherche en Europe pour étudier les interactions pesticides/sols. Il a été tout particulièrement conçu pour faciliter son utilisation aux chercheurs, professeurs et professionnels concernés par le devenir des pesticides dans l'environnement. Public : chimistes, physico-chimistes, biochimistes, biologistes et géologues intéressés par l'étude du comportement des pesticides dans le sol.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