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"France agricole"/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scientifique(N°:None)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447-455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2855570824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constitue une **introduction fondamentale à la science du sol**. L’auteur, Raoul Calvet, spécialiste reconnu en pédologie, expose en détail la manière dont les sols se forment, se structurent et interagissent avec leur environnement. Le livre présente d’abord la **constitution des sols**, en décrivant leurs principaux composants :</w:t>
        <w:br/>
        <w:br/>
        <w:t>* les minéraux de l’altération,</w:t>
        <w:br/>
        <w:br/>
        <w:t>* la matière organique,</w:t>
        <w:br/>
        <w:br/>
        <w:t>* l’eau et les gaz du sol,</w:t>
        <w:br/>
        <w:br/>
        <w:t>* les organismes vivants (microorganismes, faune du sol).</w:t>
        <w:br/>
        <w:br/>
        <w:t>Une grande partie de l’ouvrage est consacrée à la **structure du sol**, c’est-à-dire l’agencement des particules et des pores.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