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Manipulations d'analyse biochimique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Gavrilovic, Michel/ Maginot, Marie-Josèphe./ Schwartz-Gavrilovic, Claude/ Wallach,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Biosciences et techniques(N°:None)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2704008361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Cet ouvrage, accessible aux élèves préparant un baccalauréat technologique de Biochimie-Génie biologique, est destiné aux étudiants poursuivant des études technologiques dans les disciplines biologiques : BTS Analyses biologiques, Biochimie, Biotechnologies, DUT. Cette nouvelle édition revue et corrigée présente l'ensemble des manipulations de base de l'analyse biochimique actualisée. Elle intègre des protocoles expérimentaux adaptés à l'apprentissage, l'utilisation et le contrôle des analyses en spectrophotométrie, électrophorèses, CLPH, CPG... Par une démarche progressive intégrant un grand nombre d'exercices corrigés de manière détaillée, ce livre permet à l'étudiant de préparer ses séances de travaux pratiques pour en tirer le profit maximal. Pour le professeur, il constitue, à la fois, un recueil de savoir-faire et un ensemble de protocoles expérimentaux concernant les domaines de l'analyse médicale, de l'agro-alimentaire, du contrôle des eaux, qui font de cet ouvrage un outil précieux.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