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cours d'électricité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Lignon, J./ Fuchs,G./ Lignon, J./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Enseignements technologiques et professionnels(N°:None)</w:t>
            </w:r>
          </w:p>
        </w:tc>
      </w:tr>
      <w:tr>
        <w:trPr>
          <w:trHeight w:val="567"/>
        </w:trPr>
        <w:tc>
          <w:tcPr>
            <w:tcW w:type="dxa" w:w="3000"/>
          </w:tcPr>
          <w:p>
            <w:r>
              <w:t>Numéro d'Identification</w:t>
            </w:r>
          </w:p>
        </w:tc>
        <w:tc>
          <w:tcPr>
            <w:tcW w:type="dxa" w:w="7000"/>
          </w:tcPr>
          <w:p>
            <w:r>
              <w:t>2206002248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électricité pratique/ </w:t>
            </w:r>
          </w:p>
        </w:tc>
      </w:tr>
    </w:tbl>
    <w:p>
      <w:pPr>
        <w:pStyle w:val="Heading3"/>
      </w:pPr>
      <w:r>
        <w:t>Résumé :</w:t>
      </w:r>
    </w:p>
    <w:p>
      <w:r>
        <w:t>Le Nouveau cours d’électricité pratique de Jean Lignon est un manuel destiné aux élèves de CAP et BEP en électrotechnique, conçu pour enseigner les bases de l’électricité à travers une approche concrète et expérimentale. L’ouvrage couvre les notions fondamentales du courant continu et alternatif, de l’électrostatique, du magnétisme et de l’électromagnétisme, puis les applique à l’étude d’appareils tels que transformateurs, bobines, moteurs et instruments de mesure. Chaque leçon s’appuie sur des expériences réalisées avec du matériel usuel, dont les résultats mesurés parfois imparfaits sont volontairement présentés pour familiariser l’élève avec la réalité technique et les limites des appareils. Grâce à cette démarche pratique et progressive, le livre constitue un outil de formation solide pour acquérir les gestes, les raisonnements et les connaissances essentielles du métier d’électricien ou de technicien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