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Hygiène et biologie humaines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Lasnier, Françoise/ Crouzols, Geneviève/ Lechaud, Marguerite/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2206032384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hygiene/ biologie humaine/ </w:t>
            </w:r>
          </w:p>
        </w:tc>
      </w:tr>
    </w:tbl>
    <w:p>
      <w:pPr>
        <w:pStyle w:val="Heading3"/>
      </w:pPr>
      <w:r>
        <w:t>Résumé :</w:t>
      </w:r>
    </w:p>
    <w:p>
      <w:r>
        <w:t>L'ouvrage entièrement remis à jour est un cours complet de biologie humaine : anatomie, physiologie, hygiène, maladies et prévention, vieillissement du corps humain détaillé par appareils illustré de nombreux dessins couleurs et d'exercices. L'objectif immédiat qui est la préparation à l'examen recouvre un objectif à long terme de conservation d'une bonne santé.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