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PAE, procédure d'autorisation d'exercice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Cheikh Taha, Rémi/ El Cheikh Taha, Chanaz/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VG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9782818317907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médecine générale/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référence incontournable pour les médecins à diplôme étranger (PADHUE) préparant la Procédure d’Autorisation d’Exercice (PAE) en médecine générale.</w:t>
        <w:br/>
        <w:br/>
        <w:t>Rédigé par Rémi et Chanaz El Cheikh Taha, enseignants et formateurs spécialisés, il vise à accompagner pas à pas les candidats dans la préparation des épreuves de vérification des connaissances (EVC), à travers des annales corrigées, commentées et pédagogique.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