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comptage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2100053280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et comptage/ mesure angulaire/ </w:t>
            </w:r>
          </w:p>
        </w:tc>
      </w:tr>
    </w:tbl>
    <w:p>
      <w:pPr>
        <w:pStyle w:val="Heading3"/>
      </w:pPr>
      <w:r>
        <w:t>Résumé :</w:t>
      </w:r>
    </w:p>
    <w:p>
      <w:r>
        <w:t>Ce livre propose une approche concrète et progressive de la mesure et du comptage en électronique et électrotechnique. À travers des expériences pratiques, il permet d’acquérir les bases nécessaires pour comprendre le fonctionnement des appareils de mesure, les grandeurs physiques à évaluer** (tension, courant, puissance, fréquence, etc.) et les méthodes de comptage utilisées dans les systèmes numériques. L’ouvrage met l’accent sur la mise en œuvre expérimentale, la lecture et l’interprétation des résultats, ainsi que sur la maîtrise des erreurs et incertitudes de mesure, offrant ainsi une initiation complète et accessible à la pratique de la mesure scientifique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