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et problèmes de la physique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Beiser, Arthur/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459-465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270421333X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physique moderne/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d'aider les étudiants de physique appliquée à maîtriser les principes de la physique qui servent de base à la technologie moderne. On trouvera dans ce livre une grande variété de sujets pour que le lecteur puisse choisir ceux qui correspondent à ses besoins particuliers. Le système métrique est employé, bien que quelques fois on retrouve le système impérial.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