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physique. [2],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Bertin, Michel/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2040017852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équilibre liquide/ cinématique/ </w:t>
            </w:r>
          </w:p>
        </w:tc>
      </w:tr>
    </w:tbl>
    <w:p>
      <w:pPr>
        <w:pStyle w:val="Heading3"/>
      </w:pPr>
      <w:r>
        <w:t>Résumé :</w:t>
      </w:r>
    </w:p>
    <w:p>
      <w:r>
        <w:t>Cet ouvrage aborde les concepts clés de la mécanique du solide, y compris l’analyse des forces, des mouvements, des équilibres et des déformations. Il traite également des systèmes mécaniques, offrant des perspectives sur les interactions entre plusieurs corps rigides ou déformables. Les applications pratiques et les exemples concrets sont souvent intégrés pour aider les étudiants à mieux comprendre les concepts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