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Manet, Léon/ Lamy, Claude/ Giacomini, Thérèse/ Solle, Robert/ Fleury,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usuelles de biologie clinique(N°:None)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antigène/ immunité tumorale/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