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Abrégé de biochimie générale.T2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Percheron, François/ Perlès, Roland/ Foglietti, Marie-José/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Masson/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290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21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Abrégés de pharmacie(N°:None)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2225682771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BIOCHIMIE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Biochimie/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biochimie/ </w:t>
            </w:r>
          </w:p>
        </w:tc>
      </w:tr>
    </w:tbl>
    <w:p>
      <w:pPr>
        <w:pStyle w:val="Heading3"/>
      </w:pPr>
      <w:r>
        <w:t>Résumé :</w:t>
      </w:r>
    </w:p>
    <w:p>
      <w:r>
        <w:t>L’ouvrage s’adresse principalement aux étudiants en biochimie, chimie, biologie, en licence ou en début de master, ainsi qu’aux préparations aux examens où la biochimie est au programme. Le style « Schaum » suggère qu’il est conçu pour un usage pédagogique et autonome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