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Conversions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Néel, Louis/ Poloujadoff,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 électromécanique/ machine électrique/ </w:t>
            </w:r>
          </w:p>
        </w:tc>
      </w:tr>
    </w:tbl>
    <w:p>
      <w:pPr>
        <w:pStyle w:val="Heading3"/>
      </w:pPr>
      <w:r>
        <w:t>Résumé :</w:t>
      </w:r>
    </w:p>
    <w:p>
      <w:r>
        <w:t>Le livre Conversions électromécaniques : Maîtrise d’E.E.A. et C3 électrotechnique de Michel Poloujadoff (paru en 1969 chez Dunod) est un ouvrage de référence destiné aux étudiants en électrotechnique et en maîtrise d’électronique, d’électrotechnique et d’automatique (EEA). Il présente de manière rigoureuse les principes fondamentaux de la conversion électromécanique, c’est-à-dire les phénomènes par lesquels l’énergie électrique est transformée en énergie mécanique, et inversement. L’auteur expose les bases des circuits magnétiques, les lois de l’induction électromagnétique et les principes de fonctionnement des machines électriques**. Le texte aborde successivement les **machines à courant continu, les **machines asynchrones et les machines synchrones**, en expliquant leurs structures, leurs équations de fonctionnement, ainsi que leurs caractéristiques de couple, de rendement et de vitesse. L’ouvrage allie théorie et pratique en proposant des modèles de calcul, des schémas explicatifs et des applications typiques de la conversion d’énergie dans les systèmes électrotechniques. Bien que daté, il reste un **texte fondamental** pour comprendre les bases physiques et analytiques des machines électriques, offrant un cadre conceptuel solide pour les étudiants et ingénieurs souhaitant maîtriser les principes classiques avant d’aborder les technologies modernes de commande et d’électronique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