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digital electronics and microprocessors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Singh, Anokh/ Chhabra, A K/ </w:t>
            </w:r>
          </w:p>
        </w:tc>
      </w:tr>
      <w:tr>
        <w:trPr>
          <w:trHeight w:val="567"/>
        </w:trPr>
        <w:tc>
          <w:tcPr>
            <w:tcW w:type="dxa" w:w="3000"/>
          </w:tcPr>
          <w:p>
            <w:r>
              <w:t>Adresse bib.</w:t>
            </w:r>
          </w:p>
        </w:tc>
        <w:tc>
          <w:tcPr>
            <w:tcW w:type="dxa" w:w="7000"/>
          </w:tcPr>
          <w:p>
            <w:r>
              <w:t xml:space="preserve">S. Chaud and Company LTD/ </w:t>
            </w:r>
          </w:p>
        </w:tc>
      </w:tr>
      <w:tr>
        <w:trPr>
          <w:trHeight w:val="567"/>
        </w:trPr>
        <w:tc>
          <w:tcPr>
            <w:tcW w:type="dxa" w:w="3000"/>
          </w:tcPr>
          <w:p>
            <w:r>
              <w:t>Nombre de Pages</w:t>
            </w:r>
          </w:p>
        </w:tc>
        <w:tc>
          <w:tcPr>
            <w:tcW w:type="dxa" w:w="7000"/>
          </w:tcPr>
          <w:p>
            <w:r>
              <w:t>644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641-644</w:t>
            </w:r>
          </w:p>
        </w:tc>
      </w:tr>
      <w:tr>
        <w:trPr>
          <w:trHeight w:val="567"/>
        </w:trPr>
        <w:tc>
          <w:tcPr>
            <w:tcW w:type="dxa" w:w="3000"/>
          </w:tcPr>
          <w:p>
            <w:r>
              <w:t>Numéro d'Identification</w:t>
            </w:r>
          </w:p>
        </w:tc>
        <w:tc>
          <w:tcPr>
            <w:tcW w:type="dxa" w:w="7000"/>
          </w:tcPr>
          <w:p>
            <w:r>
              <w:t>812192215151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fundamentals of digital electronic/ electronic and microprocessor/ </w:t>
            </w:r>
          </w:p>
        </w:tc>
      </w:tr>
    </w:tbl>
    <w:p>
      <w:pPr>
        <w:pStyle w:val="Heading3"/>
      </w:pPr>
      <w:r>
        <w:t>Résumé :</w:t>
      </w:r>
    </w:p>
    <w:p>
      <w:r>
        <w:t>The book Fundamentals of Digital Electronics and Microprocessors presents the essential foundations of digital electronics and microprocessors. It first explains the principles of binary logic, logic gates, and combinational and sequential circuits, before addressing the design of digital systemsbased on integrated components. The book then discusses the operating principles of microprocessors, their internal architecture, addressing modes, and assembly language programming. It emphasizes the relationship between hardware and software, showing how software instructions control data processing. Finally, it presents practical applications and examples of microprocessor-based systems, linking theory to the real-world implementation of modern electronic circuits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