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Installations solaires photovoltaïques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Brigand, Sylvain/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269-272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9782281114973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photovoltaïque/ efficacité 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sur les systèmes photovoltaïques. Il aborde les différentes étapes nécessaires à la réalisation d’une installation solaire, depuis le dimensionnement des panneaux jusqu’à leur mise en œuvre et leur maintenance.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