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Berkoune, Abdenour/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