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Bruhat,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LesCours de référence(N°:None)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1070-1074 Index p.p. 1075-1090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2100488562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lumière/ réflexion/ </w:t>
            </w:r>
          </w:p>
        </w:tc>
      </w:tr>
    </w:tbl>
    <w:p>
      <w:pPr>
        <w:pStyle w:val="Heading3"/>
      </w:pPr>
      <w:r>
        <w:t>Résumé :</w:t>
      </w:r>
    </w:p>
    <w:p>
      <w:r>
        <w:t>Ce rtainement le plus grand classique en optique ! Ce livre rassemble toutes les connaissances fondamentales acquises sur la lumière : propriétés, lois de propagation dans l'espace, milieux transparents et absorbants, interactions avec les atomes et les molécules. Cette 6e édition avait été mise à jour par Alfred Kastler, prix Nobel de physique 1966.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