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Poirier, Jacques/ Cohen, Isabelle/ Baudet, Jean/ Benhaiem, Nicole/ le lorier/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 S.A./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269-274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2224006721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fécondation/ zygote/ spermatozoïde/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