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Pédologie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Boulaine, Jean/ Aubert,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agronomiques(N°:None)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209-215.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2225643504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L’ouvrage *Pédologie appliquée* de **Jean Boulaine** est un manuel fondamental consacré à la **science du sol dans ses dimensions pratiques**, destiné aux étudiants, ingénieurs agronomes, forestiers, pédologues et techniciens de l’aménagement.</w:t>
        <w:br/>
        <w:br/>
        <w:t>Il vise à relier les **principes théoriques de la pédologie** aux **applications concrètes** dans l’agriculture, la sylviculture, l’environnement et la gestion des territoires.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