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Gervreau, Eric/ </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Support IUT(N°:None)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2910749290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fondation/ stabilité des pentes/ mécanique des sols/ hydraulique des sols/ </w:t>
            </w:r>
          </w:p>
        </w:tc>
      </w:tr>
    </w:tbl>
    <w:p>
      <w:pPr>
        <w:pStyle w:val="Heading3"/>
      </w:pPr>
      <w:r>
        <w:t>Résumé :</w:t>
      </w:r>
    </w:p>
    <w:p>
      <w:r>
        <w:t>Destiné aux étudiants débutant dans le calcul des ouvrages géotechniques, ce livre traite du calcul des soutènements, des fondations et de la stabilité des pentes. Il rappelle les notions de mécanique des sols nécessaires pour aborder le dimensionnement géotechnique et détaille les pathologies les plus souvent rencontrées. Loin de vouloir constituer un inventaire exhaustif de l'ensemble des méthodes de dimensionnement, cet ouvrage présente des outils simples permettant de dimensionner la plupart des ouvrages géotechniques élémentaires. De nombreux problèmes, tous issus de sujets d'examens donnés en IUT sont présentés avec la solution commentée. Ils sont destinés à permettre une meilleure compréhension de l'élève par le dimensionnement.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