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 générale humaine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Gernigon, 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p-p 239 -243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9961002768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ligne primitive/ neurulation/ capacitation/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suivants: la fonction génitale male- la fonction génitale femelle- régulation de la fonction génitale-....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