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Douleur, soins palliatifs et accompagnement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française d'étude et de traitement de la douleur/ Société française d'accompagnement et de soins palliatifs/ Société française d'anesthésie et de réanimation/ Perrot, Serge/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référentiel : le cours : livre officiel du collège(N°:None)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9782846781862</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Douleur/ soin palliatif/ </w:t>
            </w:r>
          </w:p>
        </w:tc>
      </w:tr>
    </w:tbl>
    <w:p>
      <w:pPr>
        <w:pStyle w:val="Heading3"/>
      </w:pPr>
      <w:r>
        <w:t>Résumé :</w:t>
      </w:r>
    </w:p>
    <w:p>
      <w:r>
        <w:t>Soins Palliatifs (SFAP) et la Société Française d'Anesthésie et de Réanimation (SFAR). Ce livre témoigne de l'importance croissante de ces spécialités dans le … La 2e édition de l'ouvrage officiel réalisé par la Société Française d'Etude et de Traitement de la Douleur (SFETD), la Société Française d'Accompagnement et de Soins Palliatifs (SFAP) et la Société Française d'Anesthésie et de Réanimation (SFAR). Ce livre témoigne de l'importance croissante de ces spécialités dans le programme de l'iECN. Tout le programme de l'UE 5 + les items concernés de l'UE 3 - UE 4 - UE 9 - UE 10. L'indispensable à connaître pour l'iECN et les modules du DFASM en médecine de la douleur et en médecine palliative. Des tableaux, des encadrés, les mots-clés, pour faciliter ses révisions. Les références bibliographiques et les dernières recommandations. Une fiche Points-clés par chapitre pour retenir l'essentiel. Le Coup de pouce de l'enseignant : pour chaque chapitre, les équipes universitaires de la SFETD et de la SFAP vous transmettent leurs conseils, leur expérience et vous signalent les pièges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